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Amine Boularbah</w:t>
      </w:r>
    </w:p>
    <w:p>
      <w:r>
        <w:rPr>
          <w:b/>
          <w:sz w:val="24"/>
        </w:rPr>
        <w:t>Senior Mobile Engineer</w:t>
      </w:r>
    </w:p>
    <w:p>
      <w:pPr/>
      <w:r>
        <w:rPr>
          <w:sz w:val="18"/>
        </w:rPr>
        <w:t xml:space="preserve">Malaga, Spain · </w:t>
      </w:r>
      <w:hyperlink r:id="rId10">
        <w:r>
          <w:rPr>
            <w:color w:val="000000"/>
            <w:u w:val="single"/>
          </w:rPr>
          <w:t>amine@amineboularbah.com</w:t>
        </w:r>
      </w:hyperlink>
      <w:r>
        <w:rPr>
          <w:sz w:val="18"/>
        </w:rPr>
      </w:r>
    </w:p>
    <w:p>
      <w:pPr/>
      <w:r>
        <w:rPr>
          <w:sz w:val="18"/>
        </w:rPr>
      </w:r>
      <w:hyperlink r:id="rId11">
        <w:r>
          <w:rPr>
            <w:color w:val="000000"/>
            <w:u w:val="single"/>
          </w:rPr>
          <w:t>LinkedIn</w:t>
        </w:r>
      </w:hyperlink>
      <w:r>
        <w:rPr>
          <w:sz w:val="18"/>
        </w:rPr>
        <w:t xml:space="preserve"> · </w:t>
      </w:r>
      <w:hyperlink r:id="rId12">
        <w:r>
          <w:rPr>
            <w:color w:val="000000"/>
            <w:u w:val="single"/>
          </w:rPr>
          <w:t>GitHub</w:t>
        </w:r>
      </w:hyperlink>
      <w:r>
        <w:rPr>
          <w:sz w:val="18"/>
        </w:rPr>
        <w:t xml:space="preserve"> · </w:t>
      </w:r>
      <w:hyperlink r:id="rId13">
        <w:r>
          <w:rPr>
            <w:color w:val="000000"/>
            <w:u w:val="single"/>
          </w:rPr>
          <w:t>Portfolio</w:t>
        </w:r>
      </w:hyperlink>
      <w:r>
        <w:rPr>
          <w:sz w:val="18"/>
        </w:rPr>
      </w:r>
    </w:p>
    <w:p>
      <w:pPr>
        <w:pStyle w:val="Heading1"/>
      </w:pPr>
      <w:r>
        <w:t>Professional Summary</w:t>
      </w:r>
    </w:p>
    <w:p>
      <w:r>
        <w:t>Senior Mobile Engineer with 6+ years of experience building scalable, high-performance mobile apps. Currently leading a team of 5 engineers on the architectural rebuild of the 433 football app, serving 77M+ fans, owning Clean Architecture design, a modular monorepo setup, and CI/CD automation. Deep expertise in Flutter, Dart, and state management with BLoC. Also build and ship my own products end to end. Passionate about robust, user-first apps that scale.</w:t>
      </w:r>
    </w:p>
    <w:p>
      <w:pPr>
        <w:pStyle w:val="Heading1"/>
      </w:pPr>
      <w:r>
        <w:t>Employment History</w:t>
      </w:r>
    </w:p>
    <w:p>
      <w:pPr>
        <w:pStyle w:val="Heading2"/>
      </w:pPr>
      <w:r>
        <w:t>Lead Mobile Engineer at 433</w:t>
      </w:r>
    </w:p>
    <w:p>
      <w:pPr>
        <w:keepNext/>
      </w:pPr>
      <w:r>
        <w:t>Remote (EU-Based) · Sept 2025 to Present</w:t>
      </w:r>
    </w:p>
    <w:p>
      <w:pPr>
        <w:pStyle w:val="ListBullet"/>
      </w:pPr>
      <w:r>
        <w:t>Leading a team of 5 engineers on the full rebuild of the official 433 mobile app, serving a global community of 77M+ football fans</w:t>
      </w:r>
    </w:p>
    <w:p>
      <w:pPr>
        <w:pStyle w:val="ListBullet"/>
      </w:pPr>
      <w:r>
        <w:t>Architected the complete application from zero using Clean Architecture, a multi-modular monorepo, and scalable state management, now the foundation for all mobile development at 433</w:t>
      </w:r>
    </w:p>
    <w:p>
      <w:pPr>
        <w:pStyle w:val="ListBullet"/>
      </w:pPr>
      <w:r>
        <w:t>Own all technical decisions including testing strategy, CI/CD pipelines, code standards, and architecture reviews across the mobile team</w:t>
      </w:r>
    </w:p>
    <w:p>
      <w:pPr>
        <w:pStyle w:val="ListBullet"/>
      </w:pPr>
      <w:r>
        <w:t>Drive complex third-party integrations including Airship, Segment, and analytics infrastructure</w:t>
      </w:r>
    </w:p>
    <w:p>
      <w:pPr>
        <w:pStyle w:val="ListBullet"/>
      </w:pPr>
      <w:r>
        <w:t>Partner with product, design, and backend leads to shape roadmap feasibility and technical priorities</w:t>
      </w:r>
    </w:p>
    <w:p>
      <w:pPr>
        <w:pStyle w:val="ListBullet"/>
      </w:pPr>
      <w:r>
        <w:t>Mentor engineers on architecture, BLoC state management, and code quality, raising team output and consistency</w:t>
      </w:r>
    </w:p>
    <w:p>
      <w:pPr>
        <w:pStyle w:val="Heading2"/>
      </w:pPr>
      <w:r>
        <w:t>Lead Flutter Engineer at Ignite Tournaments</w:t>
      </w:r>
    </w:p>
    <w:p>
      <w:pPr>
        <w:keepNext/>
      </w:pPr>
      <w:r>
        <w:t>Remote (U.S.-Based) · Sept 2021 to Aug 2025</w:t>
      </w:r>
    </w:p>
    <w:p>
      <w:pPr>
        <w:pStyle w:val="ListBullet"/>
      </w:pPr>
      <w:r>
        <w:t>Led the full redesign and modernization of a crypto-enabled eSports platform, improving app performance by 20% and reducing regressions by 90% across mobile and web</w:t>
      </w:r>
    </w:p>
    <w:p>
      <w:pPr>
        <w:pStyle w:val="ListBullet"/>
      </w:pPr>
      <w:r>
        <w:t>Architected a modular Flutter codebase following Clean Architecture principles, enabling the team to scale features without breaking existing functionality</w:t>
      </w:r>
    </w:p>
    <w:p>
      <w:pPr>
        <w:pStyle w:val="ListBullet"/>
      </w:pPr>
      <w:r>
        <w:t>Directed a remote, cross-functional team of engineers, establishing coding standards, architecture guidelines, and testing practices</w:t>
      </w:r>
    </w:p>
    <w:p>
      <w:pPr>
        <w:pStyle w:val="ListBullet"/>
      </w:pPr>
      <w:r>
        <w:t>Implemented automated CI/CD pipelines, reducing deployment time by 30% and increasing release reliability</w:t>
      </w:r>
    </w:p>
    <w:p>
      <w:pPr>
        <w:pStyle w:val="ListBullet"/>
      </w:pPr>
      <w:r>
        <w:t>Designed and maintained backend services using NestJS, integrating mobile and web clients with payment and blockchain systems</w:t>
      </w:r>
    </w:p>
    <w:p>
      <w:pPr>
        <w:pStyle w:val="ListBullet"/>
      </w:pPr>
      <w:r>
        <w:t>Authored internal documentation for testing, architecture, and code reviews, cutting onboarding time for new engineers</w:t>
      </w:r>
    </w:p>
    <w:p>
      <w:pPr>
        <w:pStyle w:val="Heading2"/>
      </w:pPr>
      <w:r>
        <w:t>Full Stack Mobile Engineer at Flow Digital Studio</w:t>
      </w:r>
    </w:p>
    <w:p>
      <w:pPr>
        <w:keepNext/>
      </w:pPr>
      <w:r>
        <w:t>Rabat · May 2021 to Nov 2021</w:t>
      </w:r>
    </w:p>
    <w:p>
      <w:pPr>
        <w:pStyle w:val="ListBullet"/>
      </w:pPr>
      <w:r>
        <w:t>Developed web and mobile apps using Flutter and NestJS for client projects across multiple industries</w:t>
      </w:r>
    </w:p>
    <w:p>
      <w:pPr>
        <w:pStyle w:val="ListBullet"/>
      </w:pPr>
      <w:r>
        <w:t>Built responsive, reusable UI components ensuring consistent cross-platform behavior</w:t>
      </w:r>
    </w:p>
    <w:p>
      <w:pPr>
        <w:pStyle w:val="ListBullet"/>
      </w:pPr>
      <w:r>
        <w:t>Designed and consumed RESTful APIs, integrating third-party services to expand app functionality</w:t>
      </w:r>
    </w:p>
    <w:p>
      <w:pPr>
        <w:pStyle w:val="Heading2"/>
        <w:pageBreakBefore/>
      </w:pPr>
      <w:r>
        <w:t>Mobile Engineer at MEGALOGI</w:t>
      </w:r>
    </w:p>
    <w:p>
      <w:pPr>
        <w:keepNext/>
      </w:pPr>
      <w:r>
        <w:t>Rabat · Sept 2020 to May 2021</w:t>
      </w:r>
    </w:p>
    <w:p>
      <w:pPr>
        <w:pStyle w:val="ListBullet"/>
      </w:pPr>
      <w:r>
        <w:t>Led the development of the MyButcher app for Android and iOS using Flutter, integrating Firebase and Shopify APIs, increasing user retention by 15%</w:t>
      </w:r>
    </w:p>
    <w:p>
      <w:pPr>
        <w:pStyle w:val="ListBullet"/>
      </w:pPr>
      <w:r>
        <w:t>Enhanced audio and video playback for the iSophro app, improving user engagement by 10%</w:t>
      </w:r>
    </w:p>
    <w:p>
      <w:pPr>
        <w:pStyle w:val="ListBullet"/>
      </w:pPr>
      <w:r>
        <w:t>Implemented a comprehensive testing strategy achieving 95% code coverage, significantly reducing post-release defects</w:t>
      </w:r>
    </w:p>
    <w:p>
      <w:pPr>
        <w:pStyle w:val="ListBullet"/>
      </w:pPr>
      <w:r>
        <w:t>Automated build, test, and deployment pipelines with CI/CD, increasing release efficiency by 25%</w:t>
      </w:r>
    </w:p>
    <w:p>
      <w:pPr>
        <w:pStyle w:val="Heading1"/>
      </w:pPr>
      <w:r>
        <w:t>Products</w:t>
      </w:r>
    </w:p>
    <w:p>
      <w:pPr>
        <w:pStyle w:val="Heading2"/>
      </w:pPr>
      <w:r>
        <w:t>Founder &amp; Developer at Receipto</w:t>
      </w:r>
    </w:p>
    <w:p>
      <w:pPr>
        <w:keepNext/>
      </w:pPr>
      <w:r>
        <w:t xml:space="preserve">Malaga · May 2025 to Present · </w:t>
      </w:r>
      <w:hyperlink r:id="rId14">
        <w:r>
          <w:rPr>
            <w:color w:val="000000"/>
            <w:u w:val="single"/>
          </w:rPr>
          <w:t>receipto.app</w:t>
        </w:r>
      </w:hyperlink>
      <w:r/>
    </w:p>
    <w:p>
      <w:r>
        <w:t>Built and launched an AI-powered receipt scanner and expense manager for iOS, now generating recurring revenue with 400+ App Store ratings. Full ownership across product, architecture, AI integration, App Store optimization, and paid acquisition. Features include AI OCR scanning, a Magic Email inbox for automatic receipt processing, and tax-ready exports.</w:t>
      </w:r>
    </w:p>
    <w:p>
      <w:pPr>
        <w:pStyle w:val="Heading2"/>
      </w:pPr>
      <w:r>
        <w:t>Founder &amp; Developer at Fielduro</w:t>
      </w:r>
    </w:p>
    <w:p>
      <w:pPr>
        <w:keepNext/>
      </w:pPr>
      <w:r>
        <w:t xml:space="preserve">Malaga · Present · </w:t>
      </w:r>
      <w:hyperlink r:id="rId15">
        <w:r>
          <w:rPr>
            <w:color w:val="000000"/>
            <w:u w:val="single"/>
          </w:rPr>
          <w:t>fielduro.com</w:t>
        </w:r>
      </w:hyperlink>
      <w:r/>
    </w:p>
    <w:p>
      <w:r>
        <w:t>Built a product for independent service businesses that connects estimates, work orders, invoices, and receipts. Designed linked job documents, customer-ready PDFs, and payment tracking.</w:t>
      </w:r>
    </w:p>
    <w:p>
      <w:pPr>
        <w:pStyle w:val="Heading2"/>
      </w:pPr>
      <w:r>
        <w:t>Founder &amp; Developer at Flura</w:t>
      </w:r>
    </w:p>
    <w:p>
      <w:pPr>
        <w:keepNext/>
      </w:pPr>
      <w:r>
        <w:t xml:space="preserve">Malaga · Jan 2026 to Present · </w:t>
      </w:r>
      <w:hyperlink r:id="rId16">
        <w:r>
          <w:rPr>
            <w:color w:val="000000"/>
            <w:u w:val="single"/>
          </w:rPr>
          <w:t>flura.app</w:t>
        </w:r>
      </w:hyperlink>
      <w:r/>
    </w:p>
    <w:p>
      <w:r>
        <w:t>Built and launched a health tracking app for people with chronic conditions, featuring AI pattern recognition and physician-formatted PDF reports. End-to-end ownership: Flutter app, AI report generation, analytics infrastructure, and growth strategy.</w:t>
      </w:r>
    </w:p>
    <w:p>
      <w:pPr>
        <w:pStyle w:val="Heading1"/>
      </w:pPr>
      <w:r>
        <w:t>Certifications</w:t>
      </w:r>
    </w:p>
    <w:p>
      <w:pPr>
        <w:pStyle w:val="Heading2"/>
      </w:pPr>
      <w:r>
        <w:t>iOS Developer Professional Certificate, Meta</w:t>
      </w:r>
    </w:p>
    <w:p>
      <w:pPr>
        <w:keepNext w:val="0"/>
      </w:pPr>
      <w:r>
        <w:t>Aug 2024 to Nov 2024</w:t>
      </w:r>
    </w:p>
    <w:p>
      <w:r/>
      <w:hyperlink r:id="rId17">
        <w:r>
          <w:rPr>
            <w:color w:val="000000"/>
            <w:u w:val="single"/>
          </w:rPr>
          <w:t>Verify iOS certificate on Coursera</w:t>
        </w:r>
      </w:hyperlink>
      <w:r/>
    </w:p>
    <w:p>
      <w:pPr>
        <w:pStyle w:val="Heading2"/>
      </w:pPr>
      <w:r>
        <w:t>React Native Certificate, Meta</w:t>
      </w:r>
    </w:p>
    <w:p>
      <w:pPr>
        <w:keepNext w:val="0"/>
      </w:pPr>
      <w:r>
        <w:t>2024</w:t>
      </w:r>
    </w:p>
    <w:p>
      <w:r/>
      <w:hyperlink r:id="rId18">
        <w:r>
          <w:rPr>
            <w:color w:val="000000"/>
            <w:u w:val="single"/>
          </w:rPr>
          <w:t>Verify React Native certificate on Coursera</w:t>
        </w:r>
      </w:hyperlink>
      <w:r/>
    </w:p>
    <w:p>
      <w:pPr>
        <w:pStyle w:val="Heading1"/>
      </w:pPr>
      <w:r>
        <w:t>Education</w:t>
      </w:r>
    </w:p>
    <w:p>
      <w:pPr>
        <w:pStyle w:val="Heading2"/>
      </w:pPr>
      <w:r>
        <w:t>Associate's Degree in Information Technology, OFPPT</w:t>
      </w:r>
    </w:p>
    <w:p>
      <w:pPr>
        <w:keepNext w:val="0"/>
      </w:pPr>
      <w:r>
        <w:t>Kenitra · Sept 2018 to Jul 2020</w:t>
      </w:r>
    </w:p>
    <w:p>
      <w:pPr>
        <w:pStyle w:val="Heading1"/>
      </w:pPr>
      <w:r>
        <w:t>Skills</w:t>
      </w:r>
    </w:p>
    <w:p>
      <w:r>
        <w:t>Flutter/Dart; Swift/SwiftUI; Kotlin/Java; React Native; NestJS/TypeScript; Firebase Suite; PostgreSQL; Clean Architecture; MVC/MVVM; Riverpod/Provider; BLoC/Cubit; RESTful APIs/GraphQL; Git/GitFlow; Codemagic; Unit, Integration, UI Testing; Test-Driven Development (TDD); Agile (Scrum/Kanban); Leadership &amp; Team Management</w:t>
      </w:r>
    </w:p>
    <w:p>
      <w:pPr>
        <w:pStyle w:val="Heading1"/>
      </w:pPr>
      <w:r>
        <w:t>Languages</w:t>
      </w:r>
    </w:p>
    <w:p>
      <w:r>
        <w:t>Arabic · English · French</w:t>
      </w:r>
    </w:p>
    <w:p>
      <w:pPr>
        <w:pStyle w:val="Heading1"/>
      </w:pPr>
      <w:r>
        <w:t>Hobbies</w:t>
      </w:r>
    </w:p>
    <w:p>
      <w:r>
        <w:t>Attending tech meetups, Fitness, Photography</w:t>
      </w:r>
    </w:p>
    <w:sectPr w:rsidR="00FC693F" w:rsidRPr="0006063C" w:rsidSect="00034616">
      <w:footerReference w:type="default" r:id="rId9"/>
      <w:pgSz w:w="11909" w:h="16834"/>
      <w:pgMar w:top="864" w:right="936" w:bottom="864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Amine Boularbah | </w:t>
    </w:r>
    <w:fldSimple w:instr="PAGE">
      <w:r>
        <w:rPr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Arial" w:hAnsi="Arial"/>
      <w:color w:val="000000"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6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6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6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252" w:lineRule="auto" w:after="60"/>
      <w:contextualSpacing/>
    </w:pPr>
    <w:rPr>
      <w:rFonts w:ascii="Arial" w:hAnsi="Arial"/>
      <w:color w:val="000000"/>
      <w:sz w:val="21"/>
      <w:lang w:val="en-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amine@amineboularbah.com" TargetMode="External"/><Relationship Id="rId11" Type="http://schemas.openxmlformats.org/officeDocument/2006/relationships/hyperlink" Target="https://www.linkedin.com/in/amineboularbah" TargetMode="External"/><Relationship Id="rId12" Type="http://schemas.openxmlformats.org/officeDocument/2006/relationships/hyperlink" Target="https://github.com/amineboularbah" TargetMode="External"/><Relationship Id="rId13" Type="http://schemas.openxmlformats.org/officeDocument/2006/relationships/hyperlink" Target="https://amineboularbah.com/" TargetMode="External"/><Relationship Id="rId14" Type="http://schemas.openxmlformats.org/officeDocument/2006/relationships/hyperlink" Target="https://receipto.app/" TargetMode="External"/><Relationship Id="rId15" Type="http://schemas.openxmlformats.org/officeDocument/2006/relationships/hyperlink" Target="https://fielduro.com/" TargetMode="External"/><Relationship Id="rId16" Type="http://schemas.openxmlformats.org/officeDocument/2006/relationships/hyperlink" Target="https://flura.app/" TargetMode="External"/><Relationship Id="rId17" Type="http://schemas.openxmlformats.org/officeDocument/2006/relationships/hyperlink" Target="https://www.coursera.org/account/accomplishments/professional-cert/78GNB17YLC98" TargetMode="External"/><Relationship Id="rId18" Type="http://schemas.openxmlformats.org/officeDocument/2006/relationships/hyperlink" Target="https://coursera.org/verify/NXWJ4OHRRCJ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Amine Boularbah</dc:title>
  <dc:subject>Senior Mobile Engineer Resume</dc:subject>
  <dc:creator>Amine Boularbah</dc:creator>
  <cp:keywords>Flutter, Dart, mobile engineering, resume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